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גחלת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הבנת הקטע "גחלת"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(ז׳–ט׳)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https://masa-pnima-horef.sites.tab.bot/p13.html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רעיון מרכזי: גם כשנדמה שהאש כבתה, נשארת בנו גחלת; בעדינות ובסבלנות אפשר להחיות אותה.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האש חוזרת לחיים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למדורה שכבתה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לחזור לעצמנו בצעדים קטנים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גחלים – חתיכות עץ אדומות וזוהרות ששומרות על חום.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שיחה עם מישהו שאוהב אותנו, שיר אהוב, הליכה אחרי הגשם, מעשה טוב, שינה ומנוחה.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הן שומרות על חום שעות ארוכות.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זה עלול לכבות אותה – צריך ענף אחר ענף.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התלהבות, שמחה וסקרנות – הכוח והחשק הפנימי.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זה עלול לכבות אותה; גם אנחנו צריכים לחזור לכוחות בהדרגה, בצעדים קטנים.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אדם עייף מושווה למדורה כבויה.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דימוי – מצב רוח עצוב מושווה לשמיים אפורים.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מטאפורה – השמחה מתוארת כגחלת – בלי מילת דימוי.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בחירה + הוספה + נימוק.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ו׳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תוכן אישי ורלוונטי, מבנה (פתיחה–אמצע–סיום), שימוש באמצעי ציורי אחד לפחות, לשון תקינה.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🔥 גחלת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גחלת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שישב פעם ליד מדורה יודע שאחרי שהלהבות נעלמות, לא הכול נגמר. מתחת לאפר נשארות גחלים – חתיכות עץ אדומות וזוהרות, ששומרות על חום שעות ארוכות. מספיקה נשיפה קטנה או ענף יבש, והאש חוזרת לחיים.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יש ימים שבהם אנחנו מרגישים כמו מדורה שכבתה. אין לנו כוח, אין לנו חשק, והכול נראה אפור כמו שמי החורף. בימים כאלה קל לחשוב שהאש שלנו נעלמה – ההתלהבות, השמחה, הסקרנות.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אבל אולי היא רק הפכה לגחלת. היא עדיין שם, מתחת לאפר, חמה ושקטה. צריך רק לדעת איך לשמור עליה ואיך לנשוף עליה בעדינות.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יכולה להיות ה"נשיפה" שלנו? שיחה עם מישהו שאוהב אותנו. שיר אהוב. הליכה קצרה בחוץ אחרי הגשם, כשהאוויר נקי. מעשה טוב קטן למען מישהו אחר. או פשוט שינה טובה ומנוחה.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חשוב לזכור: גחלת לא צריכה שנשפוך עליה הרבה עצים בבת אחת. אם נעשה זאת, היא עלולה לכבות. היא צריכה סבלנות – ענף אחר ענף. כך גם אנחנו: לא חייבים לחזור לעצמנו ביום אחד. מספיק צעד קטן היום, ועוד אחד מחר.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ובינתיים, מותר לנוח ליד הגחלת וליהנות מהחום השקט שלה.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איתור והבנה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הנכונה, וענו במשפט שלם.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קורה כשנושפים בעדינות על גחלת?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היא נכבית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האש חוזרת לחיים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היא הופכת לאבן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למה משווה הקטע אדם עייף וחסר כוח?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למדורה שכבתה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לשמש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לנהר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הקטע מציע?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לחזור לעצמנו בצעדים קטנים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לעשות הכול בבת אחת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לא לנוח לעולם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נשאר מתחת לאפר אחרי שהלהבות נעלמות?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מנו שלוש "נשיפות" שמוצעות בקטע.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 במשבצת המתאימה. אם המשפט לא נכון – תקנו אותו בעל־פה או בשורה מתחת.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גחלים שומרות על חום רק דקה אחת.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לפי הקטע, שינה טובה יכולה להיות "נשיפה".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כדאי לשפוך הרבה עצים על גחלת בבת אחת.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פרשנות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בשניים–שלושה משפטים. הביאו ראיה מהקטע.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מייצגת "האש" אצל אדם, לפי הקטע?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מדוע אסור לשפוך הרבה עצים על גחלת בבת אחת? מה זה אומר עלינו?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לשון ציורית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לכל ביטוי כתבו את סוג האמצעי (דימוי / מטאפורה / האנשה / ניגוד / חזרה) ומה הוא מוסיף לקטע.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הביטוי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האמצעי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הוא מוסיף?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אנחנו מרגישים כמו מדורה שכבתה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אפור כמו שמי החורף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אולי היא רק הפכה לגחלת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הערכה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הביעו עמדה ונמקו.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איזו "נשיפה" עובדת הכי טוב בשבילכם? האם חסרה ברשימה נשיפה חשובה? הוסיפו ונמקו.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המסע שלי פנימה ✍️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על הגחלת שלכם: מה בוער בכם בשקט, ומה עוזר לכם "לנשוף" עליה כשהכוח נחלש.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6–10 שורות.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השתמשו לפחות בדימוי אחד או בהאנשה אחת.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אין צורך לשתף – הכתיבה שלכם.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גחלת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