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גחלת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"גחלת"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גם כשנדמה שהאש כבתה, נשארת בנו גחלת; בעדינות ובסבלנות אפשר להחיות אותה.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חתיכת עץ בוערת בלי להבה, אדומה וחמה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האש הגבוהה שזזה במדורה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האבקה האפורה שנשארת אחרי שריפה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הוצאת אוויר מהפה בכוח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שמחה ורצון גדול לעשות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האש חוזרת לחיים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למדורה שכבתה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לחזור לעצמנו בצעדים קטנים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הן שומרות על חום שעות ארוכות.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עלול לכבות אותה – צריך ענף אחר ענף.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גחלים – חתיכות עץ אדומות וזוהרות ששומרות על חום.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🔥 גחלת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גחלת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מדורה נשארות גחלים. הן אדומות וחמות.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נשיפה קטנה – והאש חוזרת.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לפעמים אנחנו מרגישים כמו מדורה שכבתה: אין כוח, הכול אפור.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השמחה שלנו לא נעלמה. היא כמו גחלת – חמה, בפנים.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עוזר? שיחה טובה, שיר, הליכה, 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לא צריך הכול בבת אחת. צעד קטן היום, ועוד אחד מחר.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חתיכת עץ בוערת בלי להבה, אדומה וחמה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האש הגבוהה שזזה במדורה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האבקה האפורה שנשארת אחרי שריפה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נשיפה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🌬️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הוצאת אוויר מהפה בכוח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התלהבות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 ורצון גדול לעשות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בבת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הכול באותו רגע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האש הגבוהה שזזה במדורה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שמחה ורצון גדול לעשות משהו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האבקה האפורה שנשארת אחרי שריפה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נשיפה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חתיכת עץ בוערת בלי להבה, אדומה וחמה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התלהבות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הוצאת אוויר מהפה בכוח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קורה כשנושפים בעדינות על גחלת?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נכבית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האש חוזרת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הופכת לאבן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משווה הקטע אדם עייף וחסר כוח?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למדורה שכבתה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לנהר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הקטע מציע?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לחזור לעצמנו בצעדים קטנים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לעשות הכול בבת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לנוח לעולם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גחלים שומרות על חום רק דקה אחת.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שינה טובה יכולה להיות "נשיפה".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לשפוך הרבה עצים על גחלת בבת אחת.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נשאר מתחת לאפר אחרי שהלהבות נעלמות?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הגחלת שלכם: מה בוער בכם בשקט, ומה עוזר לכם "לנשוף" עליה כשהכוח נחלש.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גחלת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